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7E6B45"/>
          <w:sz w:val="17"/>
        </w:rPr>
        <w:t>ESTHER KLEIN · PRESS OFFICE · THE ART OF ONE</w:t>
      </w:r>
    </w:p>
    <w:p>
      <w:r>
        <w:rPr>
          <w:rFonts w:ascii="Georgia" w:hAnsi="Georgia"/>
          <w:sz w:val="48"/>
        </w:rPr>
        <w:t>Esther Klein</w:t>
      </w:r>
    </w:p>
    <w:p>
      <w:r>
        <w:rPr>
          <w:i/>
          <w:color w:val="5A5752"/>
          <w:sz w:val="25"/>
        </w:rPr>
        <w:t>Biography (medium) · The Art of One</w:t>
      </w:r>
    </w:p>
    <w:p>
      <w:r>
        <w:t>Esther Klein is a hair colorist and stylist in South Palm Beach, Florida, where she works with one client at a time at MAURICI®. A L’Oréal Professional Master Stylist &amp; Colorist, she has spent 35 years behind the chair in Greenwich, Connecticut and Palm Beach, trained with Vidal Sassoon and Paul Mitchell, and was voted Best Stylist in Palm Beach Best 2024. Her approach starts with listening: she shapes every cut and color around the client’s hair, face and lifestyle, mixes each shade for the client’s skin, eyes and hair, and finishes color with a glaze for shine. Her work ranges from soft, lived-in blonde and dimensional brunette to color correction and gray blending. Esther is available for interviews, expert commentary and contributed articles.</w:t>
      </w:r>
    </w:p>
    <w:p/>
    <w:p>
      <w:r>
        <w:rPr>
          <w:color w:val="5A5752"/>
          <w:sz w:val="18"/>
        </w:rPr>
        <w:t>Media, interviews &amp; opportunities: Peter Klein, Media &amp; Publicity Representative · media@estherkleinpress.com · 561-777-5487 (call or text) · estherkleinpress.com</w:t>
      </w:r>
    </w:p>
    <w:p>
      <w:r>
        <w:rPr>
          <w:color w:val="5A5752"/>
          <w:sz w:val="16"/>
        </w:rPr>
        <w:t>MAURICI® is a registered trademark of ST Salon LLC (U.S. Reg. No. 7,114,433, for cosmetology and hair salon services). Esther Klein works at MAURICI in South Palm Beach, Florida.</w:t>
      </w:r>
    </w:p>
    <w:sectPr w:rsidR="00FC693F" w:rsidRPr="0006063C" w:rsidSect="00034616">
      <w:pgSz w:w="12240" w:h="15840"/>
      <w:pgMar w:top="1296" w:right="1440" w:bottom="129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color w:val="141414"/>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Esther Klein</dc:title>
  <dc:subject/>
  <dc:creator>Esther Klein</dc:creator>
  <cp:keywords/>
  <dc:description>generated by python-docx</dc:description>
  <cp:lastModifiedBy/>
  <cp:revision>1</cp:revision>
  <dcterms:created xsi:type="dcterms:W3CDTF">2013-12-23T23:15:00Z</dcterms:created>
  <dcterms:modified xsi:type="dcterms:W3CDTF">2013-12-23T23:15:00Z</dcterms:modified>
  <cp:category/>
</cp:coreProperties>
</file>